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EB6DE" w14:textId="0A1617F4" w:rsidR="007425AD" w:rsidRPr="00311C74" w:rsidRDefault="00604CD4">
      <w:pPr>
        <w:pStyle w:val="Title"/>
        <w:rPr>
          <w:rFonts w:asciiTheme="minorHAnsi" w:hAnsiTheme="minorHAnsi" w:cstheme="majorHAnsi"/>
          <w:b/>
          <w:bCs/>
          <w:sz w:val="32"/>
          <w:szCs w:val="32"/>
        </w:rPr>
      </w:pPr>
      <w:r w:rsidRPr="00311C74">
        <w:rPr>
          <w:rFonts w:asciiTheme="minorHAnsi" w:hAnsiTheme="minorHAnsi" w:cstheme="majorHAnsi"/>
          <w:b/>
          <w:bCs/>
          <w:sz w:val="32"/>
          <w:szCs w:val="32"/>
        </w:rPr>
        <w:t xml:space="preserve">Certification Related </w:t>
      </w:r>
      <w:r w:rsidR="0011062D">
        <w:rPr>
          <w:rFonts w:asciiTheme="minorHAnsi" w:hAnsiTheme="minorHAnsi" w:cstheme="majorHAnsi"/>
          <w:b/>
          <w:bCs/>
          <w:sz w:val="32"/>
          <w:szCs w:val="32"/>
        </w:rPr>
        <w:t>t</w:t>
      </w:r>
      <w:r w:rsidRPr="00311C74">
        <w:rPr>
          <w:rFonts w:asciiTheme="minorHAnsi" w:hAnsiTheme="minorHAnsi" w:cstheme="majorHAnsi"/>
          <w:b/>
          <w:bCs/>
          <w:sz w:val="32"/>
          <w:szCs w:val="32"/>
        </w:rPr>
        <w:t>o Outdoor Warning Siren Systems</w:t>
      </w:r>
    </w:p>
    <w:p w14:paraId="41273E17" w14:textId="7A0A1E37" w:rsidR="007425AD" w:rsidRPr="00311C74" w:rsidRDefault="007425AD" w:rsidP="00152944">
      <w:pPr>
        <w:pStyle w:val="Title"/>
        <w:spacing w:after="120"/>
        <w:rPr>
          <w:rFonts w:asciiTheme="minorHAnsi" w:hAnsiTheme="minorHAnsi" w:cstheme="majorHAnsi"/>
          <w:b/>
          <w:bCs/>
          <w:sz w:val="32"/>
          <w:szCs w:val="32"/>
        </w:rPr>
      </w:pPr>
      <w:r w:rsidRPr="00311C74">
        <w:rPr>
          <w:rFonts w:asciiTheme="minorHAnsi" w:hAnsiTheme="minorHAnsi" w:cstheme="majorHAnsi"/>
          <w:b/>
          <w:bCs/>
          <w:sz w:val="32"/>
          <w:szCs w:val="32"/>
        </w:rPr>
        <w:t>SB 3 Compliance Certification Form</w:t>
      </w:r>
    </w:p>
    <w:p w14:paraId="3445E895" w14:textId="77777777" w:rsidR="007C6A2A" w:rsidRPr="00311C74" w:rsidRDefault="007C6A2A" w:rsidP="005971AB">
      <w:pPr>
        <w:pStyle w:val="NoSpacing"/>
        <w:sectPr w:rsidR="007C6A2A" w:rsidRPr="00311C74" w:rsidSect="00BE6227">
          <w:headerReference w:type="default" r:id="rId11"/>
          <w:footerReference w:type="default" r:id="rId12"/>
          <w:footerReference w:type="first" r:id="rId13"/>
          <w:pgSz w:w="12240" w:h="15840"/>
          <w:pgMar w:top="864" w:right="1440" w:bottom="720" w:left="1440" w:header="432" w:footer="288" w:gutter="0"/>
          <w:cols w:space="720"/>
          <w:docGrid w:linePitch="360"/>
        </w:sectPr>
      </w:pPr>
    </w:p>
    <w:p w14:paraId="35328847" w14:textId="10214773" w:rsidR="005971AB" w:rsidRPr="00311C74" w:rsidRDefault="00604CD4" w:rsidP="00D9044F">
      <w:pPr>
        <w:pStyle w:val="NoSpacing"/>
        <w:spacing w:before="240"/>
        <w:rPr>
          <w:rFonts w:ascii="Cambria" w:hAnsi="Cambria"/>
        </w:rPr>
      </w:pPr>
      <w:r w:rsidRPr="00311C74">
        <w:rPr>
          <w:rFonts w:ascii="Cambria" w:hAnsi="Cambria"/>
        </w:rPr>
        <w:t xml:space="preserve">Purpose: This form certifies compliance with Senate Bill 3 </w:t>
      </w:r>
      <w:r w:rsidR="009546D8">
        <w:rPr>
          <w:rFonts w:ascii="Cambria" w:hAnsi="Cambria"/>
        </w:rPr>
        <w:t>(</w:t>
      </w:r>
      <w:r w:rsidR="009546D8" w:rsidRPr="33A52E5A">
        <w:rPr>
          <w:rFonts w:ascii="Cambria" w:hAnsi="Cambria"/>
        </w:rPr>
        <w:t>SB</w:t>
      </w:r>
      <w:r w:rsidR="52EB9A4E" w:rsidRPr="33A52E5A">
        <w:rPr>
          <w:rFonts w:ascii="Cambria" w:hAnsi="Cambria"/>
        </w:rPr>
        <w:t xml:space="preserve"> </w:t>
      </w:r>
      <w:r w:rsidR="009546D8" w:rsidRPr="33A52E5A">
        <w:rPr>
          <w:rFonts w:ascii="Cambria" w:hAnsi="Cambria"/>
        </w:rPr>
        <w:t>3</w:t>
      </w:r>
      <w:r w:rsidR="009546D8">
        <w:rPr>
          <w:rFonts w:ascii="Cambria" w:hAnsi="Cambria"/>
        </w:rPr>
        <w:t xml:space="preserve">) </w:t>
      </w:r>
      <w:r w:rsidRPr="00311C74">
        <w:rPr>
          <w:rFonts w:ascii="Cambria" w:hAnsi="Cambria"/>
        </w:rPr>
        <w:t>requirements</w:t>
      </w:r>
      <w:r w:rsidR="000676A6">
        <w:rPr>
          <w:rFonts w:ascii="Cambria" w:hAnsi="Cambria"/>
        </w:rPr>
        <w:t xml:space="preserve"> established in </w:t>
      </w:r>
      <w:hyperlink r:id="rId14" w:history="1">
        <w:r w:rsidR="000676A6" w:rsidRPr="0065325C">
          <w:rPr>
            <w:rStyle w:val="Hyperlink"/>
            <w:rFonts w:ascii="Cambria" w:hAnsi="Cambria"/>
          </w:rPr>
          <w:t>Texas Water Code</w:t>
        </w:r>
        <w:r w:rsidR="0065325C" w:rsidRPr="0065325C">
          <w:rPr>
            <w:rStyle w:val="Hyperlink"/>
            <w:rFonts w:ascii="Cambria" w:hAnsi="Cambria"/>
          </w:rPr>
          <w:t>, Chapter 16, Subchapter M</w:t>
        </w:r>
      </w:hyperlink>
      <w:r w:rsidR="0065325C">
        <w:rPr>
          <w:rFonts w:ascii="Cambria" w:hAnsi="Cambria"/>
        </w:rPr>
        <w:t>,</w:t>
      </w:r>
      <w:r w:rsidRPr="00311C74">
        <w:rPr>
          <w:rFonts w:ascii="Cambria" w:hAnsi="Cambria"/>
        </w:rPr>
        <w:t xml:space="preserve"> related to outdoor warning siren systems.</w:t>
      </w:r>
      <w:r w:rsidR="00820F8E">
        <w:rPr>
          <w:rFonts w:ascii="Cambria" w:hAnsi="Cambria"/>
        </w:rPr>
        <w:br/>
      </w:r>
    </w:p>
    <w:p w14:paraId="1FDCAA60" w14:textId="3607011A" w:rsidR="007C6A2A" w:rsidRPr="00311C74" w:rsidRDefault="00604CD4" w:rsidP="00974E98">
      <w:pPr>
        <w:spacing w:after="0" w:line="240" w:lineRule="auto"/>
        <w:rPr>
          <w:rFonts w:ascii="Cambria" w:hAnsi="Cambria"/>
        </w:rPr>
        <w:sectPr w:rsidR="007C6A2A" w:rsidRPr="00311C74" w:rsidSect="007C6A2A">
          <w:type w:val="continuous"/>
          <w:pgSz w:w="12240" w:h="15840"/>
          <w:pgMar w:top="864" w:right="1440" w:bottom="720" w:left="1440" w:header="576" w:footer="288" w:gutter="0"/>
          <w:cols w:space="720"/>
          <w:titlePg/>
          <w:docGrid w:linePitch="360"/>
        </w:sectPr>
      </w:pPr>
      <w:r w:rsidRPr="00311C74">
        <w:rPr>
          <w:rFonts w:ascii="Cambria" w:hAnsi="Cambria"/>
          <w:b/>
          <w:bCs/>
        </w:rPr>
        <w:t>Instructions:</w:t>
      </w:r>
      <w:r w:rsidRPr="00311C74">
        <w:rPr>
          <w:rFonts w:ascii="Cambria" w:hAnsi="Cambria"/>
          <w:b/>
          <w:bCs/>
        </w:rPr>
        <w:br/>
      </w:r>
      <w:r w:rsidRPr="00311C74">
        <w:rPr>
          <w:rFonts w:ascii="Cambria" w:hAnsi="Cambria"/>
        </w:rPr>
        <w:t xml:space="preserve">• </w:t>
      </w:r>
      <w:r w:rsidR="005548E9">
        <w:rPr>
          <w:rFonts w:ascii="Cambria" w:hAnsi="Cambria"/>
        </w:rPr>
        <w:t xml:space="preserve">All text fields on this form are </w:t>
      </w:r>
      <w:r w:rsidR="005548E9" w:rsidRPr="00820F8E">
        <w:rPr>
          <w:rFonts w:ascii="Cambria" w:hAnsi="Cambria"/>
          <w:b/>
          <w:bCs/>
          <w:u w:val="single"/>
        </w:rPr>
        <w:t>required</w:t>
      </w:r>
      <w:r w:rsidRPr="00311C74">
        <w:rPr>
          <w:rFonts w:ascii="Cambria" w:hAnsi="Cambria"/>
        </w:rPr>
        <w:t>.</w:t>
      </w:r>
      <w:r w:rsidRPr="00311C74">
        <w:rPr>
          <w:rFonts w:ascii="Cambria" w:hAnsi="Cambria"/>
        </w:rPr>
        <w:br/>
        <w:t xml:space="preserve">• </w:t>
      </w:r>
      <w:r w:rsidR="00AB1F2B">
        <w:rPr>
          <w:rFonts w:ascii="Cambria" w:hAnsi="Cambria"/>
        </w:rPr>
        <w:t>S</w:t>
      </w:r>
      <w:r w:rsidR="00891FA4">
        <w:rPr>
          <w:rFonts w:ascii="Cambria" w:hAnsi="Cambria"/>
        </w:rPr>
        <w:t>elect all that apply</w:t>
      </w:r>
      <w:r w:rsidRPr="00311C74">
        <w:rPr>
          <w:rFonts w:ascii="Cambria" w:hAnsi="Cambria"/>
        </w:rPr>
        <w:t>.</w:t>
      </w:r>
      <w:r w:rsidRPr="00311C74">
        <w:rPr>
          <w:rFonts w:ascii="Cambria" w:hAnsi="Cambria"/>
        </w:rPr>
        <w:br/>
        <w:t>• Section 3</w:t>
      </w:r>
      <w:r w:rsidR="00862057">
        <w:rPr>
          <w:rFonts w:ascii="Cambria" w:hAnsi="Cambria"/>
        </w:rPr>
        <w:t xml:space="preserve"> must be completed</w:t>
      </w:r>
      <w:r w:rsidRPr="00311C74">
        <w:rPr>
          <w:rFonts w:ascii="Cambria" w:hAnsi="Cambria"/>
        </w:rPr>
        <w:t xml:space="preserve"> </w:t>
      </w:r>
      <w:r w:rsidR="00862057" w:rsidRPr="00820F8E">
        <w:rPr>
          <w:rFonts w:ascii="Cambria" w:hAnsi="Cambria"/>
          <w:b/>
          <w:bCs/>
          <w:u w:val="single"/>
        </w:rPr>
        <w:t>only</w:t>
      </w:r>
      <w:r w:rsidR="00862057" w:rsidRPr="00311C74">
        <w:rPr>
          <w:rFonts w:ascii="Cambria" w:hAnsi="Cambria"/>
        </w:rPr>
        <w:t xml:space="preserve"> </w:t>
      </w:r>
      <w:r w:rsidRPr="00311C74">
        <w:rPr>
          <w:rFonts w:ascii="Cambria" w:hAnsi="Cambria"/>
        </w:rPr>
        <w:t>if all boxes in Section 2 are checke</w:t>
      </w:r>
      <w:r w:rsidR="00974E98">
        <w:rPr>
          <w:rFonts w:ascii="Cambria" w:hAnsi="Cambria"/>
        </w:rPr>
        <w:t>d</w:t>
      </w:r>
    </w:p>
    <w:p w14:paraId="417A51DD" w14:textId="64F67C54" w:rsidR="005A01EE" w:rsidRPr="00311C74" w:rsidRDefault="005A01EE" w:rsidP="00974E98">
      <w:pPr>
        <w:spacing w:after="120" w:line="240" w:lineRule="auto"/>
        <w:rPr>
          <w:rFonts w:ascii="Cambria" w:hAnsi="Cambria"/>
        </w:rPr>
      </w:pPr>
    </w:p>
    <w:p w14:paraId="2BA6C23F" w14:textId="41589793" w:rsidR="00F86EAE" w:rsidRPr="00974E98" w:rsidRDefault="00604CD4" w:rsidP="00152944">
      <w:pPr>
        <w:pStyle w:val="Heading1"/>
        <w:spacing w:before="120" w:after="120" w:line="240" w:lineRule="auto"/>
        <w:rPr>
          <w:rFonts w:asciiTheme="minorHAnsi" w:hAnsiTheme="minorHAnsi"/>
          <w:sz w:val="32"/>
          <w:szCs w:val="32"/>
        </w:rPr>
      </w:pPr>
      <w:r w:rsidRPr="00974E98">
        <w:rPr>
          <w:rFonts w:asciiTheme="minorHAnsi" w:hAnsiTheme="minorHAnsi"/>
          <w:sz w:val="32"/>
          <w:szCs w:val="32"/>
        </w:rPr>
        <w:t>Section 1: Entity Information</w:t>
      </w:r>
      <w:r w:rsidR="007C6A2A" w:rsidRPr="00974E98">
        <w:rPr>
          <w:rFonts w:asciiTheme="minorHAnsi" w:hAnsiTheme="minorHAnsi"/>
          <w:sz w:val="32"/>
          <w:szCs w:val="32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275"/>
        <w:gridCol w:w="4315"/>
      </w:tblGrid>
      <w:tr w:rsidR="00D270DE" w:rsidRPr="00311C74" w14:paraId="6AFC37D3" w14:textId="77777777" w:rsidTr="00311C74">
        <w:trPr>
          <w:trHeight w:val="288"/>
        </w:trPr>
        <w:tc>
          <w:tcPr>
            <w:tcW w:w="3235" w:type="dxa"/>
          </w:tcPr>
          <w:p w14:paraId="1BA02D9F" w14:textId="45C224E7" w:rsidR="00D270DE" w:rsidRPr="00311C74" w:rsidRDefault="00D270DE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Municipality or County</w:t>
            </w:r>
            <w:r w:rsidR="00711658" w:rsidRPr="00311C74">
              <w:rPr>
                <w:rFonts w:ascii="Cambria" w:hAnsi="Cambria"/>
              </w:rPr>
              <w:t xml:space="preserve"> </w:t>
            </w:r>
            <w:r w:rsidRPr="00311C74">
              <w:rPr>
                <w:rFonts w:ascii="Cambria" w:hAnsi="Cambria"/>
              </w:rPr>
              <w:t>Name:</w:t>
            </w:r>
          </w:p>
        </w:tc>
        <w:tc>
          <w:tcPr>
            <w:tcW w:w="275" w:type="dxa"/>
          </w:tcPr>
          <w:p w14:paraId="776E482E" w14:textId="77777777" w:rsidR="00D270DE" w:rsidRPr="00311C74" w:rsidRDefault="00D270DE">
            <w:pPr>
              <w:rPr>
                <w:rStyle w:val="Strong"/>
                <w:rFonts w:ascii="Cambria" w:hAnsi="Cambria"/>
              </w:rPr>
            </w:pPr>
          </w:p>
        </w:tc>
        <w:sdt>
          <w:sdtPr>
            <w:rPr>
              <w:rStyle w:val="Strong"/>
              <w:rFonts w:ascii="Cambria" w:hAnsi="Cambria"/>
            </w:rPr>
            <w:alias w:val="Municipality/County"/>
            <w:tag w:val="Municipality/County"/>
            <w:id w:val="652886140"/>
            <w:placeholder>
              <w:docPart w:val="E7B0894EDB414B42AE44032F55C9CD5D"/>
            </w:placeholder>
            <w:showingPlcHdr/>
            <w:text/>
          </w:sdtPr>
          <w:sdtEndPr>
            <w:rPr>
              <w:rStyle w:val="DefaultParagraphFont"/>
              <w:b w:val="0"/>
              <w:bCs w:val="0"/>
            </w:rPr>
          </w:sdtEndPr>
          <w:sdtContent>
            <w:tc>
              <w:tcPr>
                <w:tcW w:w="4315" w:type="dxa"/>
              </w:tcPr>
              <w:p w14:paraId="6B02F19E" w14:textId="456965AC" w:rsidR="00D270DE" w:rsidRPr="00311C74" w:rsidRDefault="00D270DE">
                <w:pPr>
                  <w:rPr>
                    <w:rFonts w:ascii="Cambria" w:hAnsi="Cambria"/>
                    <w:b/>
                    <w:bCs/>
                  </w:rPr>
                </w:pPr>
                <w:r w:rsidRPr="00E822A0">
                  <w:rPr>
                    <w:rStyle w:val="PlaceholderText"/>
                    <w:rFonts w:ascii="Cambria" w:hAnsi="Cambria"/>
                    <w:b/>
                    <w:bCs/>
                    <w:color w:val="auto"/>
                    <w:shd w:val="clear" w:color="auto" w:fill="D9D9D9" w:themeFill="background1" w:themeFillShade="D9"/>
                  </w:rPr>
                  <w:t>Click or tap here to enter text.</w:t>
                </w:r>
              </w:p>
            </w:tc>
          </w:sdtContent>
        </w:sdt>
      </w:tr>
      <w:tr w:rsidR="00D270DE" w:rsidRPr="00311C74" w14:paraId="6258CCC1" w14:textId="77777777" w:rsidTr="00311C74">
        <w:trPr>
          <w:trHeight w:val="288"/>
        </w:trPr>
        <w:tc>
          <w:tcPr>
            <w:tcW w:w="3235" w:type="dxa"/>
          </w:tcPr>
          <w:p w14:paraId="68F69C8D" w14:textId="5FA82034" w:rsidR="00D270DE" w:rsidRPr="00311C74" w:rsidRDefault="00D270DE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Entity Name:</w:t>
            </w:r>
          </w:p>
        </w:tc>
        <w:tc>
          <w:tcPr>
            <w:tcW w:w="275" w:type="dxa"/>
          </w:tcPr>
          <w:p w14:paraId="4BDB3761" w14:textId="77777777" w:rsidR="00D270DE" w:rsidRPr="00311C74" w:rsidRDefault="00D270DE">
            <w:pPr>
              <w:rPr>
                <w:rStyle w:val="Strong"/>
                <w:rFonts w:ascii="Cambria" w:hAnsi="Cambria"/>
              </w:rPr>
            </w:pPr>
          </w:p>
        </w:tc>
        <w:tc>
          <w:tcPr>
            <w:tcW w:w="4315" w:type="dxa"/>
          </w:tcPr>
          <w:p w14:paraId="57E0B3A6" w14:textId="5CD3FE9A" w:rsidR="00D270DE" w:rsidRPr="00311C74" w:rsidRDefault="00433DAF">
            <w:pPr>
              <w:rPr>
                <w:rFonts w:ascii="Cambria" w:hAnsi="Cambria"/>
                <w:b/>
                <w:bCs/>
              </w:rPr>
            </w:pPr>
            <w:sdt>
              <w:sdtPr>
                <w:rPr>
                  <w:rStyle w:val="Strong"/>
                  <w:rFonts w:ascii="Cambria" w:hAnsi="Cambria"/>
                </w:rPr>
                <w:alias w:val="Entity Name"/>
                <w:tag w:val="Entity Name"/>
                <w:id w:val="461392854"/>
                <w:placeholder>
                  <w:docPart w:val="7BD7C903ADBF4B2C84D4A07EB9D60C30"/>
                </w:placeholder>
                <w:showingPlcHdr/>
                <w15:color w:val="000000"/>
                <w:text/>
              </w:sdtPr>
              <w:sdtEndPr>
                <w:rPr>
                  <w:rStyle w:val="DefaultParagraphFont"/>
                  <w:b w:val="0"/>
                  <w:bCs w:val="0"/>
                </w:rPr>
              </w:sdtEndPr>
              <w:sdtContent>
                <w:r w:rsidR="00D270DE" w:rsidRPr="00E822A0">
                  <w:rPr>
                    <w:rStyle w:val="PlaceholderText"/>
                    <w:rFonts w:ascii="Cambria" w:hAnsi="Cambria"/>
                    <w:b/>
                    <w:bCs/>
                    <w:color w:val="auto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D270DE" w:rsidRPr="00311C74" w14:paraId="058178C1" w14:textId="77777777" w:rsidTr="00311C74">
        <w:trPr>
          <w:trHeight w:val="288"/>
        </w:trPr>
        <w:tc>
          <w:tcPr>
            <w:tcW w:w="3235" w:type="dxa"/>
          </w:tcPr>
          <w:p w14:paraId="03B40612" w14:textId="64C9162E" w:rsidR="00D270DE" w:rsidRPr="00311C74" w:rsidRDefault="00D270DE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Entity Type:</w:t>
            </w:r>
          </w:p>
        </w:tc>
        <w:tc>
          <w:tcPr>
            <w:tcW w:w="275" w:type="dxa"/>
          </w:tcPr>
          <w:p w14:paraId="77567570" w14:textId="3D52AC48" w:rsidR="00D270DE" w:rsidRPr="00311C74" w:rsidRDefault="00D270DE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315" w:type="dxa"/>
          </w:tcPr>
          <w:p w14:paraId="2C59A0FB" w14:textId="4F802539" w:rsidR="00D270DE" w:rsidRPr="00311C74" w:rsidRDefault="00433DAF">
            <w:pPr>
              <w:rPr>
                <w:rFonts w:ascii="Cambria" w:hAnsi="Cambria"/>
                <w:b/>
                <w:bCs/>
              </w:rPr>
            </w:pPr>
            <w:sdt>
              <w:sdtPr>
                <w:rPr>
                  <w:rFonts w:ascii="Cambria" w:hAnsi="Cambria"/>
                  <w:b/>
                  <w:bCs/>
                </w:rPr>
                <w:id w:val="92268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18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8673F">
              <w:rPr>
                <w:rFonts w:ascii="Cambria" w:hAnsi="Cambria"/>
                <w:b/>
                <w:bCs/>
              </w:rPr>
              <w:t xml:space="preserve">   M</w:t>
            </w:r>
            <w:r w:rsidR="00D270DE" w:rsidRPr="00311C74">
              <w:rPr>
                <w:rFonts w:ascii="Cambria" w:hAnsi="Cambria"/>
                <w:b/>
                <w:bCs/>
              </w:rPr>
              <w:t xml:space="preserve">unicipality </w:t>
            </w:r>
            <w:r w:rsidR="00E8673F">
              <w:rPr>
                <w:rFonts w:ascii="Cambria" w:hAnsi="Cambria"/>
                <w:b/>
                <w:bCs/>
              </w:rPr>
              <w:t xml:space="preserve"> </w:t>
            </w:r>
            <w:r w:rsidR="00D270DE" w:rsidRPr="00311C74">
              <w:rPr>
                <w:rFonts w:ascii="Cambria" w:hAnsi="Cambria"/>
                <w:b/>
                <w:bCs/>
              </w:rPr>
              <w:t xml:space="preserve"> </w:t>
            </w:r>
            <w:r w:rsidR="00E8673F">
              <w:rPr>
                <w:rFonts w:ascii="Cambria" w:hAnsi="Cambria"/>
                <w:b/>
                <w:bCs/>
              </w:rPr>
              <w:t xml:space="preserve"> </w:t>
            </w:r>
            <w:r w:rsidR="00D270DE" w:rsidRPr="00311C74">
              <w:rPr>
                <w:rFonts w:ascii="Cambria" w:hAnsi="Cambria"/>
                <w:b/>
                <w:bCs/>
              </w:rPr>
              <w:t xml:space="preserve"> </w:t>
            </w:r>
            <w:sdt>
              <w:sdtPr>
                <w:rPr>
                  <w:rFonts w:ascii="Cambria" w:hAnsi="Cambria"/>
                  <w:b/>
                  <w:bCs/>
                </w:rPr>
                <w:id w:val="70075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1C7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270DE" w:rsidRPr="00311C74">
              <w:rPr>
                <w:rFonts w:ascii="Cambria" w:hAnsi="Cambria"/>
                <w:b/>
                <w:bCs/>
              </w:rPr>
              <w:t xml:space="preserve">  </w:t>
            </w:r>
            <w:r w:rsidR="00E8673F">
              <w:rPr>
                <w:rFonts w:ascii="Cambria" w:hAnsi="Cambria"/>
                <w:b/>
                <w:bCs/>
              </w:rPr>
              <w:t xml:space="preserve"> </w:t>
            </w:r>
            <w:r w:rsidR="00D270DE" w:rsidRPr="00311C74">
              <w:rPr>
                <w:rFonts w:ascii="Cambria" w:hAnsi="Cambria"/>
                <w:b/>
                <w:bCs/>
              </w:rPr>
              <w:t>County</w:t>
            </w:r>
          </w:p>
        </w:tc>
      </w:tr>
      <w:tr w:rsidR="00D270DE" w:rsidRPr="00311C74" w14:paraId="3D354CCD" w14:textId="77777777" w:rsidTr="00311C74">
        <w:trPr>
          <w:trHeight w:val="288"/>
        </w:trPr>
        <w:tc>
          <w:tcPr>
            <w:tcW w:w="3235" w:type="dxa"/>
          </w:tcPr>
          <w:p w14:paraId="53024719" w14:textId="1D26ECFA" w:rsidR="00D270DE" w:rsidRPr="00311C74" w:rsidRDefault="00D270DE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County Location:</w:t>
            </w:r>
          </w:p>
        </w:tc>
        <w:tc>
          <w:tcPr>
            <w:tcW w:w="275" w:type="dxa"/>
          </w:tcPr>
          <w:p w14:paraId="33E7D682" w14:textId="77777777" w:rsidR="00D270DE" w:rsidRPr="00311C74" w:rsidRDefault="00D270DE">
            <w:pPr>
              <w:rPr>
                <w:rStyle w:val="Strong"/>
                <w:rFonts w:ascii="Cambria" w:hAnsi="Cambria"/>
              </w:rPr>
            </w:pPr>
          </w:p>
        </w:tc>
        <w:tc>
          <w:tcPr>
            <w:tcW w:w="4315" w:type="dxa"/>
          </w:tcPr>
          <w:p w14:paraId="196E72C2" w14:textId="4AE45042" w:rsidR="00D270DE" w:rsidRPr="00311C74" w:rsidRDefault="00433DAF">
            <w:pPr>
              <w:rPr>
                <w:rFonts w:ascii="Cambria" w:hAnsi="Cambria"/>
                <w:b/>
                <w:bCs/>
                <w:i/>
                <w:iCs/>
                <w:color w:val="4F81BD" w:themeColor="accent1"/>
              </w:rPr>
            </w:pPr>
            <w:sdt>
              <w:sdtPr>
                <w:rPr>
                  <w:rStyle w:val="Strong"/>
                  <w:rFonts w:ascii="Cambria" w:hAnsi="Cambria"/>
                </w:rPr>
                <w:alias w:val="County Name:"/>
                <w:tag w:val="County Name:"/>
                <w:id w:val="-1532036349"/>
                <w:placeholder>
                  <w:docPart w:val="051F3ADA82EB4DA59BE4E2FDB5FE2C8D"/>
                </w:placeholder>
                <w:showingPlcHdr/>
                <w15:color w:val="000000"/>
                <w:text/>
              </w:sdtPr>
              <w:sdtEndPr>
                <w:rPr>
                  <w:rStyle w:val="DefaultParagraphFont"/>
                  <w:b w:val="0"/>
                  <w:bCs w:val="0"/>
                </w:rPr>
              </w:sdtEndPr>
              <w:sdtContent>
                <w:r w:rsidR="00D270DE" w:rsidRPr="00E822A0">
                  <w:rPr>
                    <w:rStyle w:val="PlaceholderText"/>
                    <w:rFonts w:ascii="Cambria" w:hAnsi="Cambria"/>
                    <w:b/>
                    <w:bCs/>
                    <w:color w:val="auto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</w:tbl>
    <w:p w14:paraId="4900FD51" w14:textId="7B37389D" w:rsidR="00BC1465" w:rsidRPr="00820F8E" w:rsidDel="0016119B" w:rsidRDefault="008D07CE" w:rsidP="00820F8E">
      <w:pPr>
        <w:pStyle w:val="Heading1"/>
        <w:spacing w:before="120" w:after="120" w:line="240" w:lineRule="auto"/>
        <w:rPr>
          <w:rFonts w:asciiTheme="minorHAnsi" w:hAnsiTheme="minorHAnsi"/>
          <w:sz w:val="32"/>
          <w:szCs w:val="32"/>
        </w:rPr>
      </w:pPr>
      <w:r w:rsidRPr="00974E98">
        <w:rPr>
          <w:rFonts w:asciiTheme="minorHAnsi" w:hAnsiTheme="minorHAnsi"/>
          <w:sz w:val="32"/>
          <w:szCs w:val="32"/>
        </w:rPr>
        <w:t xml:space="preserve">Section </w:t>
      </w:r>
      <w:r>
        <w:rPr>
          <w:rFonts w:asciiTheme="minorHAnsi" w:hAnsiTheme="minorHAnsi"/>
          <w:sz w:val="32"/>
          <w:szCs w:val="32"/>
        </w:rPr>
        <w:t>2</w:t>
      </w:r>
      <w:r w:rsidRPr="00974E98">
        <w:rPr>
          <w:rFonts w:asciiTheme="minorHAnsi" w:hAnsiTheme="minorHAnsi"/>
          <w:sz w:val="32"/>
          <w:szCs w:val="32"/>
        </w:rPr>
        <w:t>: E</w:t>
      </w:r>
      <w:r>
        <w:rPr>
          <w:rFonts w:asciiTheme="minorHAnsi" w:hAnsiTheme="minorHAnsi"/>
          <w:sz w:val="32"/>
          <w:szCs w:val="32"/>
        </w:rPr>
        <w:t xml:space="preserve">ligibility Confirmation </w:t>
      </w:r>
      <w:r w:rsidR="00604CD4" w:rsidRPr="00311C74">
        <w:rPr>
          <w:rFonts w:ascii="Cambria" w:hAnsi="Cambria"/>
          <w:b w:val="0"/>
          <w:bCs w:val="0"/>
          <w:color w:val="auto"/>
          <w:sz w:val="22"/>
          <w:szCs w:val="22"/>
        </w:rPr>
        <w:t>(Check ALL that apply</w:t>
      </w:r>
      <w:r w:rsidR="00604CD4" w:rsidRPr="00311C74">
        <w:rPr>
          <w:rFonts w:ascii="Cambria" w:hAnsi="Cambria"/>
          <w:b w:val="0"/>
          <w:bCs w:val="0"/>
          <w:sz w:val="22"/>
          <w:szCs w:val="22"/>
        </w:rPr>
        <w:t>)</w:t>
      </w:r>
    </w:p>
    <w:p w14:paraId="104303AF" w14:textId="4556B24A" w:rsidR="00DD0E05" w:rsidRPr="00311C74" w:rsidRDefault="00433DAF" w:rsidP="00820F8E">
      <w:pPr>
        <w:spacing w:after="0"/>
      </w:pPr>
      <w:sdt>
        <w:sdtPr>
          <w:rPr>
            <w:b/>
            <w:bCs/>
          </w:rPr>
          <w:id w:val="182038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08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311C74">
        <w:t xml:space="preserve">  En</w:t>
      </w:r>
      <w:r w:rsidR="00D270DE" w:rsidRPr="00311C74">
        <w:t>tity is</w:t>
      </w:r>
      <w:r w:rsidR="008D5613" w:rsidRPr="00311C74">
        <w:t xml:space="preserve"> a </w:t>
      </w:r>
      <w:r w:rsidR="00FD3582" w:rsidRPr="00311C74">
        <w:t xml:space="preserve">Municipality </w:t>
      </w:r>
      <w:r w:rsidR="008D5613" w:rsidRPr="00311C74">
        <w:t>or County</w:t>
      </w:r>
    </w:p>
    <w:p w14:paraId="75F107B8" w14:textId="6DB5657F" w:rsidR="00DD0E05" w:rsidRPr="00311C74" w:rsidRDefault="00433DAF" w:rsidP="00820F8E">
      <w:pPr>
        <w:spacing w:before="120" w:after="0" w:line="240" w:lineRule="auto"/>
        <w:ind w:left="360" w:hanging="360"/>
        <w:rPr>
          <w:rFonts w:ascii="Cambria" w:hAnsi="Cambria"/>
        </w:rPr>
      </w:pPr>
      <w:sdt>
        <w:sdtPr>
          <w:rPr>
            <w:rFonts w:ascii="Cambria" w:hAnsi="Cambria"/>
            <w:b/>
            <w:bCs/>
          </w:rPr>
          <w:id w:val="-102734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2B55" w:rsidRPr="00311C74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D5613" w:rsidRPr="00311C74">
        <w:rPr>
          <w:rFonts w:ascii="Cambria" w:hAnsi="Cambria"/>
        </w:rPr>
        <w:t xml:space="preserve">  </w:t>
      </w:r>
      <w:r w:rsidR="00D270DE" w:rsidRPr="00311C74">
        <w:rPr>
          <w:rFonts w:ascii="Cambria" w:hAnsi="Cambria"/>
        </w:rPr>
        <w:t xml:space="preserve">Entity is </w:t>
      </w:r>
      <w:r w:rsidR="008D5613" w:rsidRPr="00311C74">
        <w:rPr>
          <w:rFonts w:ascii="Cambria" w:hAnsi="Cambria"/>
        </w:rPr>
        <w:t>NOT requesting funding for an outdoor warning siren system</w:t>
      </w:r>
      <w:r w:rsidR="00397FF9" w:rsidRPr="00311C74">
        <w:rPr>
          <w:rFonts w:ascii="Cambria" w:hAnsi="Cambria"/>
        </w:rPr>
        <w:t xml:space="preserve"> as defined by Texas Water Code </w:t>
      </w:r>
      <w:r w:rsidR="00397FF9" w:rsidRPr="00311C74">
        <w:rPr>
          <w:rFonts w:ascii="Cambria" w:hAnsi="Cambria"/>
          <w:bCs/>
        </w:rPr>
        <w:t>§ 16.501(2)</w:t>
      </w:r>
    </w:p>
    <w:p w14:paraId="3AC2120F" w14:textId="6902EA0C" w:rsidR="00DD0E05" w:rsidRPr="00311C74" w:rsidRDefault="00433DAF" w:rsidP="00820F8E">
      <w:pPr>
        <w:spacing w:before="120" w:after="0" w:line="240" w:lineRule="auto"/>
        <w:rPr>
          <w:rFonts w:ascii="Cambria" w:hAnsi="Cambria"/>
        </w:rPr>
      </w:pPr>
      <w:sdt>
        <w:sdtPr>
          <w:rPr>
            <w:rFonts w:ascii="Cambria" w:hAnsi="Cambria"/>
            <w:b/>
            <w:bCs/>
          </w:rPr>
          <w:id w:val="1809203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2B55" w:rsidRPr="00311C74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D5613" w:rsidRPr="00311C74">
        <w:rPr>
          <w:rFonts w:ascii="Cambria" w:hAnsi="Cambria"/>
        </w:rPr>
        <w:t xml:space="preserve">  </w:t>
      </w:r>
      <w:r w:rsidR="00D270DE" w:rsidRPr="00311C74">
        <w:rPr>
          <w:rFonts w:ascii="Cambria" w:hAnsi="Cambria"/>
        </w:rPr>
        <w:t xml:space="preserve">Entity </w:t>
      </w:r>
      <w:proofErr w:type="gramStart"/>
      <w:r w:rsidR="00D270DE" w:rsidRPr="00311C74">
        <w:rPr>
          <w:rFonts w:ascii="Cambria" w:hAnsi="Cambria"/>
        </w:rPr>
        <w:t>is</w:t>
      </w:r>
      <w:r w:rsidR="008D5613" w:rsidRPr="00311C74">
        <w:rPr>
          <w:rFonts w:ascii="Cambria" w:hAnsi="Cambria"/>
        </w:rPr>
        <w:t xml:space="preserve"> located in</w:t>
      </w:r>
      <w:proofErr w:type="gramEnd"/>
      <w:r w:rsidR="008D5613" w:rsidRPr="00311C74">
        <w:rPr>
          <w:rFonts w:ascii="Cambria" w:hAnsi="Cambria"/>
        </w:rPr>
        <w:t xml:space="preserve"> a county listed below:</w:t>
      </w:r>
    </w:p>
    <w:p w14:paraId="423B98CC" w14:textId="77777777" w:rsidR="00DD0E05" w:rsidRPr="00311C74" w:rsidRDefault="00604CD4" w:rsidP="00CA345A">
      <w:pPr>
        <w:spacing w:before="120" w:after="120"/>
        <w:ind w:left="360"/>
        <w:rPr>
          <w:rFonts w:ascii="Cambria" w:hAnsi="Cambria"/>
        </w:rPr>
      </w:pPr>
      <w:r w:rsidRPr="00311C74">
        <w:rPr>
          <w:rFonts w:ascii="Cambria" w:hAnsi="Cambria"/>
        </w:rPr>
        <w:t>Bandera, Bexar, Burnet, Caldwell, Coke, Comal, Concho, Edwards, Gillespie, Guadalupe,</w:t>
      </w:r>
      <w:r w:rsidRPr="00311C74">
        <w:rPr>
          <w:rFonts w:ascii="Cambria" w:hAnsi="Cambria"/>
        </w:rPr>
        <w:br/>
        <w:t>Hamilton, Kendall, Kerr, Kimble, Kinney, Lampasas, Llano, Mason, Maverick, McCulloch,</w:t>
      </w:r>
      <w:r w:rsidRPr="00311C74">
        <w:rPr>
          <w:rFonts w:ascii="Cambria" w:hAnsi="Cambria"/>
        </w:rPr>
        <w:br/>
        <w:t>Menard, Real, Reeves, San Saba, Schleicher, Sutton, Tom Green, Travis, Uvalde, Williamson</w:t>
      </w:r>
    </w:p>
    <w:p w14:paraId="0361B1AA" w14:textId="77777777" w:rsidR="00DD0E05" w:rsidRPr="00311C74" w:rsidRDefault="00604CD4" w:rsidP="005A01EE">
      <w:pPr>
        <w:rPr>
          <w:rFonts w:ascii="Cambria" w:hAnsi="Cambria"/>
          <w:b/>
          <w:bCs/>
          <w:u w:val="single"/>
        </w:rPr>
      </w:pPr>
      <w:r w:rsidRPr="00311C74">
        <w:rPr>
          <w:rFonts w:ascii="Cambria" w:hAnsi="Cambria"/>
          <w:b/>
          <w:bCs/>
          <w:u w:val="single"/>
        </w:rPr>
        <w:t>If ALL boxes are checked, complete Section 3. Otherwise, do not proceed.</w:t>
      </w:r>
    </w:p>
    <w:p w14:paraId="55E97B48" w14:textId="77777777" w:rsidR="00DD0E05" w:rsidRPr="00311C74" w:rsidRDefault="00604CD4" w:rsidP="005A01EE">
      <w:pPr>
        <w:pStyle w:val="Heading1"/>
        <w:spacing w:before="0"/>
        <w:rPr>
          <w:rFonts w:asciiTheme="minorHAnsi" w:hAnsiTheme="minorHAnsi" w:cstheme="majorHAnsi"/>
          <w:sz w:val="32"/>
          <w:szCs w:val="32"/>
        </w:rPr>
      </w:pPr>
      <w:r w:rsidRPr="00311C74">
        <w:rPr>
          <w:rFonts w:asciiTheme="minorHAnsi" w:hAnsiTheme="minorHAnsi" w:cstheme="majorHAnsi"/>
          <w:sz w:val="32"/>
          <w:szCs w:val="32"/>
        </w:rPr>
        <w:t>Section 3: Certification Statement</w:t>
      </w:r>
    </w:p>
    <w:p w14:paraId="1DCB7936" w14:textId="1083D859" w:rsidR="00C65FC6" w:rsidRDefault="00C65FC6" w:rsidP="00C65FC6">
      <w:r>
        <w:t xml:space="preserve">I, </w:t>
      </w:r>
      <w:sdt>
        <w:sdtPr>
          <w:rPr>
            <w:rStyle w:val="Strong"/>
            <w:shd w:val="clear" w:color="auto" w:fill="D9D9D9" w:themeFill="background1" w:themeFillShade="D9"/>
          </w:rPr>
          <w:alias w:val="Authorized Representative"/>
          <w:tag w:val="Authorized Representative"/>
          <w:id w:val="908118973"/>
          <w:placeholder>
            <w:docPart w:val="E2442FB3383941A09E7C452BC9C1F0FF"/>
          </w:placeholder>
          <w:showingPlcHdr/>
          <w:text/>
        </w:sdtPr>
        <w:sdtEndPr>
          <w:rPr>
            <w:rStyle w:val="DefaultParagraphFont"/>
            <w:b w:val="0"/>
            <w:bCs w:val="0"/>
          </w:rPr>
        </w:sdtEndPr>
        <w:sdtContent>
          <w:r w:rsidRPr="00DF431E">
            <w:rPr>
              <w:rStyle w:val="PlaceholderText"/>
              <w:b/>
              <w:bCs/>
              <w:color w:val="auto"/>
              <w:shd w:val="clear" w:color="auto" w:fill="D9D9D9" w:themeFill="background1" w:themeFillShade="D9"/>
            </w:rPr>
            <w:t>Authorized Representative.</w:t>
          </w:r>
        </w:sdtContent>
      </w:sdt>
      <w:r w:rsidR="00C43182">
        <w:t>,</w:t>
      </w:r>
      <w:r>
        <w:t xml:space="preserve"> authorized representative, hereby certify that </w:t>
      </w:r>
      <w:r w:rsidRPr="00694626">
        <w:rPr>
          <w:rStyle w:val="Strong"/>
          <w:shd w:val="clear" w:color="auto" w:fill="D9D9D9" w:themeFill="background1" w:themeFillShade="D9"/>
        </w:rPr>
        <w:t xml:space="preserve"> </w:t>
      </w:r>
      <w:sdt>
        <w:sdtPr>
          <w:rPr>
            <w:rStyle w:val="Strong"/>
            <w:shd w:val="clear" w:color="auto" w:fill="D9D9D9" w:themeFill="background1" w:themeFillShade="D9"/>
          </w:rPr>
          <w:alias w:val="Enter Entity Name"/>
          <w:tag w:val="Enter Entity Name"/>
          <w:id w:val="-1233392495"/>
          <w:placeholder>
            <w:docPart w:val="96D3CED3A19942959994157EE101708E"/>
          </w:placeholder>
          <w:showingPlcHdr/>
          <w:text/>
        </w:sdtPr>
        <w:sdtEndPr>
          <w:rPr>
            <w:rStyle w:val="DefaultParagraphFont"/>
            <w:b w:val="0"/>
            <w:bCs w:val="0"/>
          </w:rPr>
        </w:sdtEndPr>
        <w:sdtContent>
          <w:r w:rsidRPr="00BC25BD">
            <w:rPr>
              <w:rStyle w:val="PlaceholderText"/>
              <w:b/>
              <w:bCs/>
              <w:color w:val="auto"/>
              <w:shd w:val="clear" w:color="auto" w:fill="D9D9D9" w:themeFill="background1" w:themeFillShade="D9"/>
            </w:rPr>
            <w:t>Enter Entity Name.</w:t>
          </w:r>
        </w:sdtContent>
      </w:sdt>
      <w:r>
        <w:t xml:space="preserve"> located in </w:t>
      </w:r>
      <w:sdt>
        <w:sdtPr>
          <w:rPr>
            <w:rStyle w:val="Strong"/>
            <w:highlight w:val="lightGray"/>
          </w:rPr>
          <w:id w:val="-2043354233"/>
          <w:placeholder>
            <w:docPart w:val="C32459480B534E76ADC65083234C547D"/>
          </w:placeholder>
          <w:showingPlcHdr/>
          <w:text/>
        </w:sdtPr>
        <w:sdtEndPr>
          <w:rPr>
            <w:rStyle w:val="DefaultParagraphFont"/>
            <w:b w:val="0"/>
            <w:bCs w:val="0"/>
            <w:highlight w:val="none"/>
          </w:rPr>
        </w:sdtEndPr>
        <w:sdtContent>
          <w:r>
            <w:rPr>
              <w:b/>
              <w:bCs/>
              <w:highlight w:val="lightGray"/>
              <w:shd w:val="clear" w:color="auto" w:fill="D9D9D9" w:themeFill="background1" w:themeFillShade="D9"/>
            </w:rPr>
            <w:t>Enter County</w:t>
          </w:r>
          <w:r w:rsidR="00C43182">
            <w:rPr>
              <w:b/>
              <w:bCs/>
              <w:shd w:val="clear" w:color="auto" w:fill="D9D9D9" w:themeFill="background1" w:themeFillShade="D9"/>
            </w:rPr>
            <w:t xml:space="preserve"> Name</w:t>
          </w:r>
        </w:sdtContent>
      </w:sdt>
      <w:r>
        <w:t xml:space="preserve"> County </w:t>
      </w:r>
      <w:proofErr w:type="gramStart"/>
      <w:r>
        <w:t>is in compliance with</w:t>
      </w:r>
      <w:proofErr w:type="gramEnd"/>
      <w:r>
        <w:t xml:space="preserve"> the requirements of Texas Water Code, Chapter 16, Subchapter M.</w:t>
      </w:r>
    </w:p>
    <w:p w14:paraId="2FBDBD7F" w14:textId="1668D7C2" w:rsidR="007C6A2A" w:rsidRPr="00311C74" w:rsidRDefault="007C6A2A" w:rsidP="005A01EE">
      <w:pPr>
        <w:spacing w:after="0" w:line="240" w:lineRule="auto"/>
        <w:rPr>
          <w:rFonts w:ascii="Cambria" w:hAnsi="Cambria"/>
        </w:rPr>
        <w:sectPr w:rsidR="007C6A2A" w:rsidRPr="00311C74" w:rsidSect="007C6A2A">
          <w:type w:val="continuous"/>
          <w:pgSz w:w="12240" w:h="15840"/>
          <w:pgMar w:top="864" w:right="1440" w:bottom="720" w:left="1440" w:header="576" w:footer="288" w:gutter="0"/>
          <w:cols w:space="720"/>
          <w:titlePg/>
          <w:docGrid w:linePitch="360"/>
        </w:sectPr>
      </w:pPr>
      <w:r w:rsidRPr="00311C74">
        <w:rPr>
          <w:rFonts w:ascii="Cambria" w:hAnsi="Cambria"/>
          <w:b/>
          <w:bCs/>
        </w:rPr>
        <w:t>Authorized Representative Signature:</w:t>
      </w:r>
      <w:r w:rsidR="00604CD4" w:rsidRPr="00311C74">
        <w:rPr>
          <w:rFonts w:ascii="Cambria" w:hAnsi="Cambria"/>
        </w:rPr>
        <w:br/>
      </w:r>
    </w:p>
    <w:tbl>
      <w:tblPr>
        <w:tblStyle w:val="TableGrid"/>
        <w:tblW w:w="9558" w:type="dxa"/>
        <w:tblInd w:w="1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00"/>
        <w:gridCol w:w="3330"/>
        <w:gridCol w:w="900"/>
        <w:gridCol w:w="166"/>
        <w:gridCol w:w="842"/>
        <w:gridCol w:w="2502"/>
        <w:gridCol w:w="18"/>
      </w:tblGrid>
      <w:tr w:rsidR="00334D56" w:rsidRPr="00311C74" w14:paraId="10726DC3" w14:textId="77777777" w:rsidTr="00711658">
        <w:trPr>
          <w:trHeight w:val="1412"/>
        </w:trPr>
        <w:tc>
          <w:tcPr>
            <w:tcW w:w="6196" w:type="dxa"/>
            <w:gridSpan w:val="4"/>
            <w:vAlign w:val="bottom"/>
          </w:tcPr>
          <w:p w14:paraId="4CD0B5FF" w14:textId="0DE67769" w:rsidR="00334D56" w:rsidRPr="00311C74" w:rsidRDefault="0088759C" w:rsidP="007C6A2A">
            <w:pPr>
              <w:suppressLineNumbers/>
              <w:rPr>
                <w:rFonts w:ascii="Cambria" w:hAnsi="Cambria"/>
              </w:rPr>
            </w:pPr>
            <w:r>
              <w:rPr>
                <w:rFonts w:ascii="Cambria" w:hAnsi="Cambria"/>
              </w:rPr>
              <w:pict w14:anchorId="29F574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281.25pt;height:66.75pt;mso-position-horizontal:absolute;mso-position-horizontal-relative:text;mso-position-vertical:absolute;mso-position-vertical-relative:text">
                  <v:imagedata r:id="rId15" o:title=""/>
                  <o:lock v:ext="edit" ungrouping="t" rotation="t" cropping="t" verticies="t" text="t" grouping="t"/>
                  <o:signatureline v:ext="edit" id="{54244C25-AFF3-45EA-B049-AB36B999A72D}" provid="{00000000-0000-0000-0000-000000000000}" issignatureline="t"/>
                </v:shape>
              </w:pict>
            </w:r>
          </w:p>
        </w:tc>
        <w:tc>
          <w:tcPr>
            <w:tcW w:w="842" w:type="dxa"/>
            <w:vAlign w:val="bottom"/>
          </w:tcPr>
          <w:p w14:paraId="7DE2D585" w14:textId="77777777" w:rsidR="00334D56" w:rsidRPr="00311C74" w:rsidRDefault="00334D56" w:rsidP="007C7DF8">
            <w:pPr>
              <w:rPr>
                <w:rFonts w:ascii="Cambria" w:hAnsi="Cambria"/>
                <w:b/>
                <w:bCs/>
              </w:rPr>
            </w:pPr>
            <w:r w:rsidRPr="00311C74">
              <w:rPr>
                <w:rFonts w:ascii="Cambria" w:hAnsi="Cambria"/>
              </w:rPr>
              <w:t>Date</w:t>
            </w:r>
            <w:r w:rsidRPr="00311C74">
              <w:rPr>
                <w:rFonts w:ascii="Cambria" w:hAnsi="Cambria"/>
                <w:b/>
                <w:bCs/>
              </w:rPr>
              <w:t>:</w:t>
            </w:r>
          </w:p>
        </w:tc>
        <w:sdt>
          <w:sdtPr>
            <w:rPr>
              <w:rFonts w:ascii="Cambria" w:hAnsi="Cambria"/>
            </w:rPr>
            <w:id w:val="-445084845"/>
            <w:placeholder>
              <w:docPart w:val="D729749DE27F429492DDB2C265F16475"/>
            </w:placeholder>
            <w:showingPlcHdr/>
            <w:date w:fullDate="2026-05-15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20" w:type="dxa"/>
                <w:gridSpan w:val="2"/>
                <w:vAlign w:val="bottom"/>
              </w:tcPr>
              <w:p w14:paraId="02264003" w14:textId="2C125231" w:rsidR="00334D56" w:rsidRPr="00311C74" w:rsidRDefault="005E234C" w:rsidP="007C7DF8">
                <w:pPr>
                  <w:rPr>
                    <w:rFonts w:ascii="Cambria" w:hAnsi="Cambria"/>
                  </w:rPr>
                </w:pPr>
                <w:r w:rsidRPr="00DF431E">
                  <w:rPr>
                    <w:rStyle w:val="PlaceholderText"/>
                    <w:rFonts w:ascii="Cambria" w:hAnsi="Cambria"/>
                    <w:color w:val="383838"/>
                    <w:shd w:val="clear" w:color="auto" w:fill="D9D9D9" w:themeFill="background1" w:themeFillShade="D9"/>
                  </w:rPr>
                  <w:t>Click or tap to enter a date.</w:t>
                </w:r>
              </w:p>
            </w:tc>
          </w:sdtContent>
        </w:sdt>
      </w:tr>
      <w:tr w:rsidR="007C6A2A" w:rsidRPr="00311C74" w14:paraId="197E3E5C" w14:textId="77777777" w:rsidTr="007C6A2A">
        <w:trPr>
          <w:gridAfter w:val="1"/>
          <w:wAfter w:w="18" w:type="dxa"/>
          <w:trHeight w:val="288"/>
        </w:trPr>
        <w:tc>
          <w:tcPr>
            <w:tcW w:w="1800" w:type="dxa"/>
            <w:vAlign w:val="bottom"/>
          </w:tcPr>
          <w:p w14:paraId="22927A1A" w14:textId="1B2B115D" w:rsidR="007C6A2A" w:rsidRPr="00311C74" w:rsidRDefault="007C6A2A" w:rsidP="007C7DF8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Printed Name:</w:t>
            </w:r>
          </w:p>
        </w:tc>
        <w:sdt>
          <w:sdtPr>
            <w:rPr>
              <w:rFonts w:ascii="Cambria" w:hAnsi="Cambria"/>
            </w:rPr>
            <w:id w:val="1025827463"/>
            <w:placeholder>
              <w:docPart w:val="A59F331987A44C6283B160AF7317418B"/>
            </w:placeholder>
            <w:showingPlcHdr/>
            <w:text/>
          </w:sdtPr>
          <w:sdtEndPr/>
          <w:sdtContent>
            <w:tc>
              <w:tcPr>
                <w:tcW w:w="3330" w:type="dxa"/>
                <w:vAlign w:val="bottom"/>
              </w:tcPr>
              <w:p w14:paraId="6862E97F" w14:textId="3C294B84" w:rsidR="007C6A2A" w:rsidRPr="00311C74" w:rsidRDefault="005E234C" w:rsidP="007C7DF8">
                <w:pPr>
                  <w:rPr>
                    <w:rFonts w:ascii="Cambria" w:hAnsi="Cambria"/>
                  </w:rPr>
                </w:pPr>
                <w:r w:rsidRPr="00DF431E">
                  <w:rPr>
                    <w:rStyle w:val="PlaceholderText"/>
                    <w:rFonts w:ascii="Cambria" w:hAnsi="Cambria"/>
                    <w:color w:val="383838"/>
                    <w:shd w:val="clear" w:color="auto" w:fill="D9D9D9" w:themeFill="background1" w:themeFillShade="D9"/>
                  </w:rPr>
                  <w:t>Click or tap here to enter text.</w:t>
                </w:r>
              </w:p>
            </w:tc>
          </w:sdtContent>
        </w:sdt>
        <w:tc>
          <w:tcPr>
            <w:tcW w:w="900" w:type="dxa"/>
            <w:vAlign w:val="bottom"/>
          </w:tcPr>
          <w:p w14:paraId="35A493DD" w14:textId="77777777" w:rsidR="007C6A2A" w:rsidRPr="00311C74" w:rsidRDefault="007C6A2A" w:rsidP="007C7DF8">
            <w:pPr>
              <w:rPr>
                <w:rFonts w:ascii="Cambria" w:hAnsi="Cambria"/>
              </w:rPr>
            </w:pPr>
          </w:p>
        </w:tc>
        <w:tc>
          <w:tcPr>
            <w:tcW w:w="3510" w:type="dxa"/>
            <w:gridSpan w:val="3"/>
            <w:vAlign w:val="bottom"/>
          </w:tcPr>
          <w:p w14:paraId="05C96041" w14:textId="77777777" w:rsidR="007C6A2A" w:rsidRPr="00311C74" w:rsidRDefault="007C6A2A" w:rsidP="007C7DF8">
            <w:pPr>
              <w:rPr>
                <w:rFonts w:ascii="Cambria" w:hAnsi="Cambria"/>
              </w:rPr>
            </w:pPr>
          </w:p>
        </w:tc>
      </w:tr>
      <w:tr w:rsidR="005A01EE" w:rsidRPr="00311C74" w14:paraId="3D058A62" w14:textId="77777777" w:rsidTr="007C6A2A">
        <w:trPr>
          <w:gridAfter w:val="1"/>
          <w:wAfter w:w="18" w:type="dxa"/>
          <w:trHeight w:val="288"/>
        </w:trPr>
        <w:tc>
          <w:tcPr>
            <w:tcW w:w="1800" w:type="dxa"/>
            <w:vAlign w:val="bottom"/>
          </w:tcPr>
          <w:p w14:paraId="10E98DF0" w14:textId="77777777" w:rsidR="005A01EE" w:rsidRPr="00311C74" w:rsidRDefault="005A01EE" w:rsidP="007C7DF8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Title:</w:t>
            </w:r>
          </w:p>
        </w:tc>
        <w:sdt>
          <w:sdtPr>
            <w:rPr>
              <w:rFonts w:ascii="Cambria" w:hAnsi="Cambria"/>
            </w:rPr>
            <w:id w:val="-1161386767"/>
            <w:placeholder>
              <w:docPart w:val="108AAE56EFC64ECE94CE9715453FDE64"/>
            </w:placeholder>
            <w:showingPlcHdr/>
            <w:text/>
          </w:sdtPr>
          <w:sdtEndPr/>
          <w:sdtContent>
            <w:tc>
              <w:tcPr>
                <w:tcW w:w="3330" w:type="dxa"/>
                <w:vAlign w:val="bottom"/>
              </w:tcPr>
              <w:p w14:paraId="6AF6EE3A" w14:textId="192DCC56" w:rsidR="005A01EE" w:rsidRPr="00311C74" w:rsidRDefault="005E234C" w:rsidP="007C7DF8">
                <w:pPr>
                  <w:rPr>
                    <w:rFonts w:ascii="Cambria" w:hAnsi="Cambria"/>
                  </w:rPr>
                </w:pPr>
                <w:r w:rsidRPr="00DF431E">
                  <w:rPr>
                    <w:rStyle w:val="PlaceholderText"/>
                    <w:rFonts w:ascii="Cambria" w:hAnsi="Cambria"/>
                    <w:color w:val="383838"/>
                    <w:shd w:val="clear" w:color="auto" w:fill="D9D9D9" w:themeFill="background1" w:themeFillShade="D9"/>
                  </w:rPr>
                  <w:t>Click or tap here to enter text.</w:t>
                </w:r>
              </w:p>
            </w:tc>
          </w:sdtContent>
        </w:sdt>
        <w:tc>
          <w:tcPr>
            <w:tcW w:w="900" w:type="dxa"/>
            <w:vAlign w:val="bottom"/>
          </w:tcPr>
          <w:p w14:paraId="1E1E1032" w14:textId="77777777" w:rsidR="005A01EE" w:rsidRPr="00311C74" w:rsidRDefault="005A01EE" w:rsidP="007C7DF8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Phone:</w:t>
            </w:r>
          </w:p>
        </w:tc>
        <w:sdt>
          <w:sdtPr>
            <w:rPr>
              <w:rFonts w:ascii="Cambria" w:hAnsi="Cambria"/>
            </w:rPr>
            <w:id w:val="-523475814"/>
            <w:placeholder>
              <w:docPart w:val="C741A2435FDD4232BF059F25BACDA35D"/>
            </w:placeholder>
            <w:showingPlcHdr/>
            <w:text/>
          </w:sdtPr>
          <w:sdtEndPr/>
          <w:sdtContent>
            <w:tc>
              <w:tcPr>
                <w:tcW w:w="3510" w:type="dxa"/>
                <w:gridSpan w:val="3"/>
                <w:vAlign w:val="bottom"/>
              </w:tcPr>
              <w:p w14:paraId="02602203" w14:textId="6D751898" w:rsidR="005A01EE" w:rsidRPr="00311C74" w:rsidRDefault="005E234C" w:rsidP="007C7DF8">
                <w:pPr>
                  <w:rPr>
                    <w:rFonts w:ascii="Cambria" w:hAnsi="Cambria"/>
                  </w:rPr>
                </w:pPr>
                <w:r w:rsidRPr="00DF431E">
                  <w:rPr>
                    <w:rStyle w:val="PlaceholderText"/>
                    <w:rFonts w:ascii="Cambria" w:hAnsi="Cambria"/>
                    <w:color w:val="383838"/>
                    <w:shd w:val="clear" w:color="auto" w:fill="D9D9D9" w:themeFill="background1" w:themeFillShade="D9"/>
                  </w:rPr>
                  <w:t>Click or tap here to enter text.</w:t>
                </w:r>
              </w:p>
            </w:tc>
          </w:sdtContent>
        </w:sdt>
      </w:tr>
      <w:tr w:rsidR="005A01EE" w:rsidRPr="00311C74" w14:paraId="1A4AA1FB" w14:textId="77777777" w:rsidTr="007C6A2A">
        <w:trPr>
          <w:gridAfter w:val="1"/>
          <w:wAfter w:w="18" w:type="dxa"/>
          <w:trHeight w:val="288"/>
        </w:trPr>
        <w:tc>
          <w:tcPr>
            <w:tcW w:w="1800" w:type="dxa"/>
            <w:vAlign w:val="bottom"/>
          </w:tcPr>
          <w:p w14:paraId="189A9B69" w14:textId="77777777" w:rsidR="005A01EE" w:rsidRPr="00311C74" w:rsidRDefault="005A01EE" w:rsidP="007C7DF8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Organization:</w:t>
            </w:r>
          </w:p>
        </w:tc>
        <w:sdt>
          <w:sdtPr>
            <w:rPr>
              <w:rFonts w:ascii="Cambria" w:hAnsi="Cambria"/>
            </w:rPr>
            <w:id w:val="803354980"/>
            <w:placeholder>
              <w:docPart w:val="BE048FC952574476A98E51E3E23F6236"/>
            </w:placeholder>
            <w:showingPlcHdr/>
            <w:text/>
          </w:sdtPr>
          <w:sdtEndPr/>
          <w:sdtContent>
            <w:tc>
              <w:tcPr>
                <w:tcW w:w="3330" w:type="dxa"/>
                <w:vAlign w:val="bottom"/>
              </w:tcPr>
              <w:p w14:paraId="7E48D266" w14:textId="24871AF8" w:rsidR="005A01EE" w:rsidRPr="00311C74" w:rsidRDefault="005E234C" w:rsidP="007C7DF8">
                <w:pPr>
                  <w:rPr>
                    <w:rFonts w:ascii="Cambria" w:hAnsi="Cambria"/>
                  </w:rPr>
                </w:pPr>
                <w:r w:rsidRPr="00DF431E">
                  <w:rPr>
                    <w:rStyle w:val="PlaceholderText"/>
                    <w:rFonts w:ascii="Cambria" w:hAnsi="Cambria"/>
                    <w:color w:val="383838"/>
                    <w:shd w:val="clear" w:color="auto" w:fill="D9D9D9" w:themeFill="background1" w:themeFillShade="D9"/>
                  </w:rPr>
                  <w:t>Click or tap here to enter text.</w:t>
                </w:r>
              </w:p>
            </w:tc>
          </w:sdtContent>
        </w:sdt>
        <w:tc>
          <w:tcPr>
            <w:tcW w:w="900" w:type="dxa"/>
            <w:vAlign w:val="bottom"/>
          </w:tcPr>
          <w:p w14:paraId="4ABC894B" w14:textId="77777777" w:rsidR="005A01EE" w:rsidRPr="00311C74" w:rsidRDefault="005A01EE" w:rsidP="007C7DF8">
            <w:pPr>
              <w:rPr>
                <w:rFonts w:ascii="Cambria" w:hAnsi="Cambria"/>
              </w:rPr>
            </w:pPr>
            <w:r w:rsidRPr="00311C74">
              <w:rPr>
                <w:rFonts w:ascii="Cambria" w:hAnsi="Cambria"/>
              </w:rPr>
              <w:t>E-Mail:</w:t>
            </w:r>
          </w:p>
        </w:tc>
        <w:sdt>
          <w:sdtPr>
            <w:rPr>
              <w:rFonts w:ascii="Cambria" w:hAnsi="Cambria"/>
            </w:rPr>
            <w:id w:val="317005944"/>
            <w:placeholder>
              <w:docPart w:val="07EE9234D9C74FE3B86A56F272FA43F9"/>
            </w:placeholder>
            <w:showingPlcHdr/>
            <w:text/>
          </w:sdtPr>
          <w:sdtEndPr/>
          <w:sdtContent>
            <w:tc>
              <w:tcPr>
                <w:tcW w:w="3510" w:type="dxa"/>
                <w:gridSpan w:val="3"/>
                <w:vAlign w:val="bottom"/>
              </w:tcPr>
              <w:p w14:paraId="3DEBCE00" w14:textId="6DAD24A0" w:rsidR="005A01EE" w:rsidRPr="00311C74" w:rsidRDefault="005E234C" w:rsidP="007C7DF8">
                <w:pPr>
                  <w:rPr>
                    <w:rFonts w:ascii="Cambria" w:hAnsi="Cambria"/>
                  </w:rPr>
                </w:pPr>
                <w:r w:rsidRPr="00DF431E">
                  <w:rPr>
                    <w:rStyle w:val="PlaceholderText"/>
                    <w:rFonts w:ascii="Cambria" w:hAnsi="Cambria"/>
                    <w:color w:val="383838"/>
                    <w:shd w:val="clear" w:color="auto" w:fill="D9D9D9" w:themeFill="background1" w:themeFillShade="D9"/>
                  </w:rPr>
                  <w:t>Click or tap here to enter text.</w:t>
                </w:r>
              </w:p>
            </w:tc>
          </w:sdtContent>
        </w:sdt>
      </w:tr>
    </w:tbl>
    <w:p w14:paraId="2CF58146" w14:textId="77777777" w:rsidR="00BC3D42" w:rsidRPr="00311C74" w:rsidRDefault="00BC3D42" w:rsidP="008D07CE">
      <w:pPr>
        <w:rPr>
          <w:rFonts w:ascii="Cambria" w:hAnsi="Cambria"/>
        </w:rPr>
      </w:pPr>
    </w:p>
    <w:sectPr w:rsidR="00BC3D42" w:rsidRPr="00311C74" w:rsidSect="007C6A2A">
      <w:type w:val="continuous"/>
      <w:pgSz w:w="12240" w:h="15840"/>
      <w:pgMar w:top="864" w:right="1440" w:bottom="720" w:left="1440" w:header="576" w:footer="28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7FC60" w14:textId="77777777" w:rsidR="00433DAF" w:rsidRDefault="00433DAF" w:rsidP="00F86EAE">
      <w:pPr>
        <w:spacing w:after="0" w:line="240" w:lineRule="auto"/>
      </w:pPr>
      <w:r>
        <w:separator/>
      </w:r>
    </w:p>
  </w:endnote>
  <w:endnote w:type="continuationSeparator" w:id="0">
    <w:p w14:paraId="3CB289E7" w14:textId="77777777" w:rsidR="00433DAF" w:rsidRDefault="00433DAF" w:rsidP="00F86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E751" w14:textId="6769E5F3" w:rsidR="005A01EE" w:rsidRPr="00BC3D42" w:rsidRDefault="005A01EE" w:rsidP="005A01EE">
    <w:pPr>
      <w:pStyle w:val="Footer"/>
      <w:jc w:val="right"/>
      <w:rPr>
        <w:sz w:val="20"/>
        <w:szCs w:val="20"/>
      </w:rPr>
    </w:pPr>
    <w:r w:rsidRPr="00BC3D42">
      <w:rPr>
        <w:sz w:val="20"/>
        <w:szCs w:val="20"/>
      </w:rPr>
      <w:t>TWDB-0911</w:t>
    </w:r>
  </w:p>
  <w:p w14:paraId="444968E2" w14:textId="78120C2C" w:rsidR="005A01EE" w:rsidRPr="00BC3D42" w:rsidRDefault="005A01EE" w:rsidP="005A01EE">
    <w:pPr>
      <w:pStyle w:val="Footer"/>
      <w:jc w:val="right"/>
      <w:rPr>
        <w:sz w:val="20"/>
        <w:szCs w:val="20"/>
      </w:rPr>
    </w:pPr>
    <w:r w:rsidRPr="00BC3D42">
      <w:rPr>
        <w:sz w:val="20"/>
        <w:szCs w:val="20"/>
      </w:rPr>
      <w:t>5/2026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CA69" w14:textId="5B140709" w:rsidR="00FD3582" w:rsidRPr="00FD3582" w:rsidRDefault="00FD3582" w:rsidP="00FD3582">
    <w:pPr>
      <w:pStyle w:val="Footer"/>
      <w:jc w:val="right"/>
      <w:rPr>
        <w:rFonts w:ascii="Cambria" w:hAnsi="Cambria"/>
        <w:sz w:val="18"/>
        <w:szCs w:val="18"/>
      </w:rPr>
    </w:pPr>
    <w:r w:rsidRPr="00FD3582">
      <w:rPr>
        <w:rFonts w:ascii="Cambria" w:hAnsi="Cambria"/>
        <w:sz w:val="18"/>
        <w:szCs w:val="18"/>
      </w:rPr>
      <w:t>TWDB-0911</w:t>
    </w:r>
  </w:p>
  <w:p w14:paraId="129B6839" w14:textId="564C20B4" w:rsidR="00FD3582" w:rsidRPr="00FD3582" w:rsidRDefault="00FD3582" w:rsidP="00FD3582">
    <w:pPr>
      <w:pStyle w:val="Footer"/>
      <w:jc w:val="right"/>
      <w:rPr>
        <w:rFonts w:ascii="Cambria" w:hAnsi="Cambria"/>
        <w:sz w:val="18"/>
        <w:szCs w:val="18"/>
      </w:rPr>
    </w:pPr>
    <w:r w:rsidRPr="00FD3582">
      <w:rPr>
        <w:rFonts w:ascii="Cambria" w:hAnsi="Cambria"/>
        <w:sz w:val="18"/>
        <w:szCs w:val="18"/>
      </w:rPr>
      <w:t>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8E5A" w14:textId="77777777" w:rsidR="00433DAF" w:rsidRDefault="00433DAF" w:rsidP="00F86EAE">
      <w:pPr>
        <w:spacing w:after="0" w:line="240" w:lineRule="auto"/>
      </w:pPr>
      <w:r>
        <w:separator/>
      </w:r>
    </w:p>
  </w:footnote>
  <w:footnote w:type="continuationSeparator" w:id="0">
    <w:p w14:paraId="588D651B" w14:textId="77777777" w:rsidR="00433DAF" w:rsidRDefault="00433DAF" w:rsidP="00F86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F332" w14:textId="6B00B1A1" w:rsidR="00F86EAE" w:rsidRDefault="00BE6227" w:rsidP="00F86EAE">
    <w:pPr>
      <w:pStyle w:val="Header"/>
      <w:jc w:val="right"/>
    </w:pPr>
    <w:r w:rsidRPr="00693D46">
      <w:rPr>
        <w:rFonts w:ascii="Times New Roman"/>
        <w:noProof/>
        <w:sz w:val="20"/>
      </w:rPr>
      <w:drawing>
        <wp:inline distT="0" distB="0" distL="0" distR="0" wp14:anchorId="14AB4D8D" wp14:editId="0ACAC89B">
          <wp:extent cx="1563624" cy="694944"/>
          <wp:effectExtent l="0" t="0" r="0" b="0"/>
          <wp:docPr id="458412586" name="Image 1" descr="TWDB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TWDB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3624" cy="694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BC41CD"/>
    <w:multiLevelType w:val="hybridMultilevel"/>
    <w:tmpl w:val="29A2A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827187">
    <w:abstractNumId w:val="8"/>
  </w:num>
  <w:num w:numId="2" w16cid:durableId="1165122769">
    <w:abstractNumId w:val="6"/>
  </w:num>
  <w:num w:numId="3" w16cid:durableId="279459128">
    <w:abstractNumId w:val="5"/>
  </w:num>
  <w:num w:numId="4" w16cid:durableId="884953689">
    <w:abstractNumId w:val="4"/>
  </w:num>
  <w:num w:numId="5" w16cid:durableId="2045589793">
    <w:abstractNumId w:val="7"/>
  </w:num>
  <w:num w:numId="6" w16cid:durableId="1419522775">
    <w:abstractNumId w:val="3"/>
  </w:num>
  <w:num w:numId="7" w16cid:durableId="1276015">
    <w:abstractNumId w:val="2"/>
  </w:num>
  <w:num w:numId="8" w16cid:durableId="1529484590">
    <w:abstractNumId w:val="1"/>
  </w:num>
  <w:num w:numId="9" w16cid:durableId="1345596219">
    <w:abstractNumId w:val="0"/>
  </w:num>
  <w:num w:numId="10" w16cid:durableId="16874433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A58"/>
    <w:rsid w:val="00034616"/>
    <w:rsid w:val="000516F3"/>
    <w:rsid w:val="0006063C"/>
    <w:rsid w:val="000676A6"/>
    <w:rsid w:val="0008155A"/>
    <w:rsid w:val="000873D2"/>
    <w:rsid w:val="000A3EBF"/>
    <w:rsid w:val="000D27D7"/>
    <w:rsid w:val="000F687C"/>
    <w:rsid w:val="001066A7"/>
    <w:rsid w:val="0011062D"/>
    <w:rsid w:val="00125A6D"/>
    <w:rsid w:val="0015074B"/>
    <w:rsid w:val="00152944"/>
    <w:rsid w:val="0016119B"/>
    <w:rsid w:val="00162518"/>
    <w:rsid w:val="00185D3D"/>
    <w:rsid w:val="00194D53"/>
    <w:rsid w:val="001A0C32"/>
    <w:rsid w:val="001B35F9"/>
    <w:rsid w:val="002170CB"/>
    <w:rsid w:val="0029639D"/>
    <w:rsid w:val="002A39E7"/>
    <w:rsid w:val="002A5033"/>
    <w:rsid w:val="002A58D6"/>
    <w:rsid w:val="002B3B8C"/>
    <w:rsid w:val="002D61B7"/>
    <w:rsid w:val="002D6958"/>
    <w:rsid w:val="002E1C28"/>
    <w:rsid w:val="00311C74"/>
    <w:rsid w:val="00326F90"/>
    <w:rsid w:val="00334D56"/>
    <w:rsid w:val="00360E37"/>
    <w:rsid w:val="0039450F"/>
    <w:rsid w:val="00397FF9"/>
    <w:rsid w:val="003E59DE"/>
    <w:rsid w:val="0042187B"/>
    <w:rsid w:val="00433DAF"/>
    <w:rsid w:val="00443867"/>
    <w:rsid w:val="00445CDC"/>
    <w:rsid w:val="004627FD"/>
    <w:rsid w:val="005219B6"/>
    <w:rsid w:val="005548E9"/>
    <w:rsid w:val="005569BC"/>
    <w:rsid w:val="00573F68"/>
    <w:rsid w:val="00576895"/>
    <w:rsid w:val="00585423"/>
    <w:rsid w:val="00595507"/>
    <w:rsid w:val="005971AB"/>
    <w:rsid w:val="005A01EE"/>
    <w:rsid w:val="005E234C"/>
    <w:rsid w:val="005F2EA3"/>
    <w:rsid w:val="00601316"/>
    <w:rsid w:val="00604CD4"/>
    <w:rsid w:val="006074C4"/>
    <w:rsid w:val="006351F2"/>
    <w:rsid w:val="006422CA"/>
    <w:rsid w:val="0065325C"/>
    <w:rsid w:val="00692B46"/>
    <w:rsid w:val="00711658"/>
    <w:rsid w:val="00713AFB"/>
    <w:rsid w:val="007425AD"/>
    <w:rsid w:val="00756CCB"/>
    <w:rsid w:val="007630A9"/>
    <w:rsid w:val="00770A61"/>
    <w:rsid w:val="007A4B06"/>
    <w:rsid w:val="007C6A2A"/>
    <w:rsid w:val="007C7DF8"/>
    <w:rsid w:val="007F5D8F"/>
    <w:rsid w:val="00820F8E"/>
    <w:rsid w:val="00862057"/>
    <w:rsid w:val="0088759C"/>
    <w:rsid w:val="00891FA4"/>
    <w:rsid w:val="008D07CE"/>
    <w:rsid w:val="008D5613"/>
    <w:rsid w:val="008F0DC6"/>
    <w:rsid w:val="009104B8"/>
    <w:rsid w:val="00913EA5"/>
    <w:rsid w:val="009546D8"/>
    <w:rsid w:val="0096098B"/>
    <w:rsid w:val="00974E98"/>
    <w:rsid w:val="009871E9"/>
    <w:rsid w:val="009D7C8F"/>
    <w:rsid w:val="009F24FF"/>
    <w:rsid w:val="00A17E29"/>
    <w:rsid w:val="00A539AC"/>
    <w:rsid w:val="00AA1D8D"/>
    <w:rsid w:val="00AB145C"/>
    <w:rsid w:val="00AB1D36"/>
    <w:rsid w:val="00AB1F2B"/>
    <w:rsid w:val="00AC6D98"/>
    <w:rsid w:val="00AF6230"/>
    <w:rsid w:val="00B02B3E"/>
    <w:rsid w:val="00B14BBA"/>
    <w:rsid w:val="00B1618C"/>
    <w:rsid w:val="00B41F61"/>
    <w:rsid w:val="00B44783"/>
    <w:rsid w:val="00B47730"/>
    <w:rsid w:val="00B53402"/>
    <w:rsid w:val="00B76C84"/>
    <w:rsid w:val="00B76E2E"/>
    <w:rsid w:val="00BC1465"/>
    <w:rsid w:val="00BC3D42"/>
    <w:rsid w:val="00BE6227"/>
    <w:rsid w:val="00C43182"/>
    <w:rsid w:val="00C65FC6"/>
    <w:rsid w:val="00C95472"/>
    <w:rsid w:val="00CA345A"/>
    <w:rsid w:val="00CB0664"/>
    <w:rsid w:val="00CB7A18"/>
    <w:rsid w:val="00CC7C2A"/>
    <w:rsid w:val="00CD2625"/>
    <w:rsid w:val="00CD6B94"/>
    <w:rsid w:val="00D2691E"/>
    <w:rsid w:val="00D270DE"/>
    <w:rsid w:val="00D42B55"/>
    <w:rsid w:val="00D80B3A"/>
    <w:rsid w:val="00D9044F"/>
    <w:rsid w:val="00D96080"/>
    <w:rsid w:val="00DB226E"/>
    <w:rsid w:val="00DC3083"/>
    <w:rsid w:val="00DD0E05"/>
    <w:rsid w:val="00DF431E"/>
    <w:rsid w:val="00DF71B3"/>
    <w:rsid w:val="00E42D0E"/>
    <w:rsid w:val="00E50590"/>
    <w:rsid w:val="00E822A0"/>
    <w:rsid w:val="00E8673F"/>
    <w:rsid w:val="00E91D02"/>
    <w:rsid w:val="00EA3C50"/>
    <w:rsid w:val="00ED07ED"/>
    <w:rsid w:val="00EE1B1A"/>
    <w:rsid w:val="00F86EAE"/>
    <w:rsid w:val="00FC2C8F"/>
    <w:rsid w:val="00FC693F"/>
    <w:rsid w:val="00FD3483"/>
    <w:rsid w:val="00FD3582"/>
    <w:rsid w:val="00FF68AF"/>
    <w:rsid w:val="1D0849A5"/>
    <w:rsid w:val="33A52E5A"/>
    <w:rsid w:val="4C1EAC62"/>
    <w:rsid w:val="52EB9A4E"/>
    <w:rsid w:val="7C19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377D46"/>
  <w14:defaultImageDpi w14:val="300"/>
  <w15:docId w15:val="{EEDA35C9-7553-4FDE-A3EE-E147EB5F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8D5613"/>
    <w:rPr>
      <w:color w:val="666666"/>
    </w:rPr>
  </w:style>
  <w:style w:type="character" w:customStyle="1" w:styleId="Style1">
    <w:name w:val="Style1"/>
    <w:basedOn w:val="DefaultParagraphFont"/>
    <w:uiPriority w:val="1"/>
    <w:rsid w:val="00FC2C8F"/>
    <w:rPr>
      <w:rFonts w:ascii="Cambria" w:hAnsi="Cambria"/>
      <w:b/>
      <w:i/>
      <w:color w:val="000000" w:themeColor="text1"/>
      <w:sz w:val="24"/>
    </w:rPr>
  </w:style>
  <w:style w:type="character" w:customStyle="1" w:styleId="Style2">
    <w:name w:val="Style2"/>
    <w:basedOn w:val="DefaultParagraphFont"/>
    <w:uiPriority w:val="1"/>
    <w:rsid w:val="00FC2C8F"/>
    <w:rPr>
      <w:rFonts w:ascii="Cambria" w:hAnsi="Cambria"/>
      <w:b/>
      <w:sz w:val="24"/>
      <w:u w:val="single"/>
    </w:rPr>
  </w:style>
  <w:style w:type="character" w:customStyle="1" w:styleId="Style3">
    <w:name w:val="Style3"/>
    <w:basedOn w:val="DefaultParagraphFont"/>
    <w:uiPriority w:val="1"/>
    <w:rsid w:val="00FC2C8F"/>
    <w:rPr>
      <w:rFonts w:ascii="Cambria" w:hAnsi="Cambria"/>
      <w:b/>
      <w:color w:val="000000" w:themeColor="text1"/>
      <w:sz w:val="24"/>
      <w:u w:val="none"/>
      <w:bdr w:val="single" w:sz="4" w:space="0" w:color="D9D9D9" w:themeColor="background1" w:themeShade="D9" w:shadow="1"/>
    </w:rPr>
  </w:style>
  <w:style w:type="paragraph" w:styleId="Revision">
    <w:name w:val="Revision"/>
    <w:hidden/>
    <w:uiPriority w:val="99"/>
    <w:semiHidden/>
    <w:rsid w:val="00EE1B1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0C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C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C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C3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532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atutes.capitol.texas.gov/?tab=1&amp;code=WA&amp;chapter=WA.16&amp;artSec=16.00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8AAE56EFC64ECE94CE9715453FD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213FF-54E0-4619-96E5-64D985E4C522}"/>
      </w:docPartPr>
      <w:docPartBody>
        <w:p w:rsidR="00B049ED" w:rsidRDefault="002A5033" w:rsidP="002A5033">
          <w:pPr>
            <w:pStyle w:val="108AAE56EFC64ECE94CE9715453FDE641"/>
          </w:pPr>
          <w:r w:rsidRPr="00311C74">
            <w:rPr>
              <w:rStyle w:val="PlaceholderText"/>
              <w:rFonts w:ascii="Cambria" w:hAnsi="Cambria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C741A2435FDD4232BF059F25BACD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8509D-C684-4B41-9F11-77D9C5A98D91}"/>
      </w:docPartPr>
      <w:docPartBody>
        <w:p w:rsidR="00B049ED" w:rsidRDefault="002A5033" w:rsidP="002A5033">
          <w:pPr>
            <w:pStyle w:val="C741A2435FDD4232BF059F25BACDA35D1"/>
          </w:pPr>
          <w:r w:rsidRPr="00311C74">
            <w:rPr>
              <w:rStyle w:val="PlaceholderText"/>
              <w:rFonts w:ascii="Cambria" w:hAnsi="Cambria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BE048FC952574476A98E51E3E23F6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DC1E2-A9C5-4FED-A826-5520C19152A8}"/>
      </w:docPartPr>
      <w:docPartBody>
        <w:p w:rsidR="00B049ED" w:rsidRDefault="002A5033" w:rsidP="002A5033">
          <w:pPr>
            <w:pStyle w:val="BE048FC952574476A98E51E3E23F62361"/>
          </w:pPr>
          <w:r w:rsidRPr="00311C74">
            <w:rPr>
              <w:rStyle w:val="PlaceholderText"/>
              <w:rFonts w:ascii="Cambria" w:hAnsi="Cambria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07EE9234D9C74FE3B86A56F272FA4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E2F39-64E3-48C1-9FC6-413E453214F2}"/>
      </w:docPartPr>
      <w:docPartBody>
        <w:p w:rsidR="00B049ED" w:rsidRDefault="002A5033" w:rsidP="002A5033">
          <w:pPr>
            <w:pStyle w:val="07EE9234D9C74FE3B86A56F272FA43F91"/>
          </w:pPr>
          <w:r w:rsidRPr="00311C74">
            <w:rPr>
              <w:rStyle w:val="PlaceholderText"/>
              <w:rFonts w:ascii="Cambria" w:hAnsi="Cambria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A59F331987A44C6283B160AF73174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33702-51E0-4304-8578-42BF4C443EB3}"/>
      </w:docPartPr>
      <w:docPartBody>
        <w:p w:rsidR="000A5933" w:rsidRDefault="002A5033" w:rsidP="002A5033">
          <w:pPr>
            <w:pStyle w:val="A59F331987A44C6283B160AF7317418B1"/>
          </w:pPr>
          <w:r w:rsidRPr="00311C74">
            <w:rPr>
              <w:rStyle w:val="PlaceholderText"/>
              <w:rFonts w:ascii="Cambria" w:hAnsi="Cambria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D729749DE27F429492DDB2C265F16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EB192-EA01-4C0F-9B58-A6FAC5B021DF}"/>
      </w:docPartPr>
      <w:docPartBody>
        <w:p w:rsidR="000A5933" w:rsidRDefault="002A5033" w:rsidP="002A5033">
          <w:pPr>
            <w:pStyle w:val="D729749DE27F429492DDB2C265F164751"/>
          </w:pPr>
          <w:r w:rsidRPr="00311C74">
            <w:rPr>
              <w:rStyle w:val="PlaceholderText"/>
              <w:rFonts w:ascii="Cambria" w:hAnsi="Cambria"/>
              <w:shd w:val="clear" w:color="auto" w:fill="D9D9D9" w:themeFill="background1" w:themeFillShade="D9"/>
            </w:rPr>
            <w:t>Click or tap to enter a date.</w:t>
          </w:r>
        </w:p>
      </w:docPartBody>
    </w:docPart>
    <w:docPart>
      <w:docPartPr>
        <w:name w:val="E7B0894EDB414B42AE44032F55C9C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A0F1E-98EE-4C57-9D9D-513F6CEC07E8}"/>
      </w:docPartPr>
      <w:docPartBody>
        <w:p w:rsidR="00B05D84" w:rsidRDefault="002A5033" w:rsidP="002A5033">
          <w:pPr>
            <w:pStyle w:val="E7B0894EDB414B42AE44032F55C9CD5D1"/>
          </w:pPr>
          <w:r w:rsidRPr="00E822A0">
            <w:rPr>
              <w:rStyle w:val="PlaceholderText"/>
              <w:rFonts w:ascii="Cambria" w:hAnsi="Cambria"/>
              <w:b/>
              <w:bCs/>
              <w:color w:val="auto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7BD7C903ADBF4B2C84D4A07EB9D60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F6D7F-207D-472B-849A-4DA3012BE6A6}"/>
      </w:docPartPr>
      <w:docPartBody>
        <w:p w:rsidR="00B05D84" w:rsidRDefault="002A5033" w:rsidP="002A5033">
          <w:pPr>
            <w:pStyle w:val="7BD7C903ADBF4B2C84D4A07EB9D60C301"/>
          </w:pPr>
          <w:r w:rsidRPr="00E822A0">
            <w:rPr>
              <w:rStyle w:val="PlaceholderText"/>
              <w:rFonts w:ascii="Cambria" w:hAnsi="Cambria"/>
              <w:b/>
              <w:bCs/>
              <w:color w:val="auto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051F3ADA82EB4DA59BE4E2FDB5FE2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44041-86D8-498A-9B28-A005607641A3}"/>
      </w:docPartPr>
      <w:docPartBody>
        <w:p w:rsidR="00B05D84" w:rsidRDefault="002A5033" w:rsidP="002A5033">
          <w:pPr>
            <w:pStyle w:val="051F3ADA82EB4DA59BE4E2FDB5FE2C8D1"/>
          </w:pPr>
          <w:r w:rsidRPr="00E822A0">
            <w:rPr>
              <w:rStyle w:val="PlaceholderText"/>
              <w:rFonts w:ascii="Cambria" w:hAnsi="Cambria"/>
              <w:b/>
              <w:bCs/>
              <w:color w:val="auto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E2442FB3383941A09E7C452BC9C1F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022F8-04A0-497C-BB80-2D53DF373566}"/>
      </w:docPartPr>
      <w:docPartBody>
        <w:p w:rsidR="005F7AF4" w:rsidRDefault="002A5033" w:rsidP="002A5033">
          <w:pPr>
            <w:pStyle w:val="E2442FB3383941A09E7C452BC9C1F0FF2"/>
          </w:pPr>
          <w:r w:rsidRPr="00BC25BD">
            <w:rPr>
              <w:rStyle w:val="PlaceholderText"/>
              <w:b/>
              <w:bCs/>
              <w:color w:val="auto"/>
              <w:shd w:val="clear" w:color="auto" w:fill="D9D9D9" w:themeFill="background1" w:themeFillShade="D9"/>
            </w:rPr>
            <w:t>Authorized Representative</w:t>
          </w:r>
          <w:r w:rsidRPr="002624CE">
            <w:rPr>
              <w:rStyle w:val="PlaceholderText"/>
              <w:b/>
              <w:bCs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96D3CED3A19942959994157EE1017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1BE44-41F8-4311-A9AB-DDEB99F964DF}"/>
      </w:docPartPr>
      <w:docPartBody>
        <w:p w:rsidR="005F7AF4" w:rsidRDefault="002A5033" w:rsidP="002A5033">
          <w:pPr>
            <w:pStyle w:val="96D3CED3A19942959994157EE101708E2"/>
          </w:pPr>
          <w:r w:rsidRPr="00BC25BD">
            <w:rPr>
              <w:rStyle w:val="PlaceholderText"/>
              <w:b/>
              <w:bCs/>
              <w:color w:val="auto"/>
              <w:shd w:val="clear" w:color="auto" w:fill="D9D9D9" w:themeFill="background1" w:themeFillShade="D9"/>
            </w:rPr>
            <w:t>Enter Entity Name.</w:t>
          </w:r>
        </w:p>
      </w:docPartBody>
    </w:docPart>
    <w:docPart>
      <w:docPartPr>
        <w:name w:val="C32459480B534E76ADC65083234C5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2B43E-F516-4500-9EA2-F15C7CEA71CE}"/>
      </w:docPartPr>
      <w:docPartBody>
        <w:p w:rsidR="005F7AF4" w:rsidRDefault="002A5033" w:rsidP="002A5033">
          <w:pPr>
            <w:pStyle w:val="C32459480B534E76ADC65083234C547D2"/>
          </w:pPr>
          <w:r>
            <w:rPr>
              <w:b/>
              <w:bCs/>
              <w:highlight w:val="lightGray"/>
              <w:shd w:val="clear" w:color="auto" w:fill="D9D9D9" w:themeFill="background1" w:themeFillShade="D9"/>
            </w:rPr>
            <w:t>Enter County</w:t>
          </w:r>
          <w:r>
            <w:rPr>
              <w:b/>
              <w:bCs/>
              <w:shd w:val="clear" w:color="auto" w:fill="D9D9D9" w:themeFill="background1" w:themeFillShade="D9"/>
            </w:rPr>
            <w:t xml:space="preserve">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A5"/>
    <w:rsid w:val="000034B0"/>
    <w:rsid w:val="000516F3"/>
    <w:rsid w:val="000873D2"/>
    <w:rsid w:val="000A5933"/>
    <w:rsid w:val="00172C25"/>
    <w:rsid w:val="001E0DE4"/>
    <w:rsid w:val="001F4871"/>
    <w:rsid w:val="00232D41"/>
    <w:rsid w:val="002A2EE5"/>
    <w:rsid w:val="002A5033"/>
    <w:rsid w:val="003D6A19"/>
    <w:rsid w:val="003E22CC"/>
    <w:rsid w:val="00405AD4"/>
    <w:rsid w:val="004627FD"/>
    <w:rsid w:val="005219B6"/>
    <w:rsid w:val="005F7AF4"/>
    <w:rsid w:val="00713AFB"/>
    <w:rsid w:val="00770A61"/>
    <w:rsid w:val="009C3772"/>
    <w:rsid w:val="00A13BB2"/>
    <w:rsid w:val="00A17E29"/>
    <w:rsid w:val="00AD1BA5"/>
    <w:rsid w:val="00B049ED"/>
    <w:rsid w:val="00B05D84"/>
    <w:rsid w:val="00D36790"/>
    <w:rsid w:val="00E048FF"/>
    <w:rsid w:val="00E149DA"/>
    <w:rsid w:val="00FD3483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5033"/>
    <w:rPr>
      <w:color w:val="666666"/>
    </w:rPr>
  </w:style>
  <w:style w:type="paragraph" w:customStyle="1" w:styleId="E7B0894EDB414B42AE44032F55C9CD5D1">
    <w:name w:val="E7B0894EDB414B42AE44032F55C9CD5D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7BD7C903ADBF4B2C84D4A07EB9D60C301">
    <w:name w:val="7BD7C903ADBF4B2C84D4A07EB9D60C30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051F3ADA82EB4DA59BE4E2FDB5FE2C8D1">
    <w:name w:val="051F3ADA82EB4DA59BE4E2FDB5FE2C8D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E2442FB3383941A09E7C452BC9C1F0FF2">
    <w:name w:val="E2442FB3383941A09E7C452BC9C1F0FF2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6D3CED3A19942959994157EE101708E2">
    <w:name w:val="96D3CED3A19942959994157EE101708E2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C32459480B534E76ADC65083234C547D2">
    <w:name w:val="C32459480B534E76ADC65083234C547D2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D729749DE27F429492DDB2C265F164751">
    <w:name w:val="D729749DE27F429492DDB2C265F16475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59F331987A44C6283B160AF7317418B1">
    <w:name w:val="A59F331987A44C6283B160AF7317418B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108AAE56EFC64ECE94CE9715453FDE641">
    <w:name w:val="108AAE56EFC64ECE94CE9715453FDE64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C741A2435FDD4232BF059F25BACDA35D1">
    <w:name w:val="C741A2435FDD4232BF059F25BACDA35D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E048FC952574476A98E51E3E23F62361">
    <w:name w:val="BE048FC952574476A98E51E3E23F62361"/>
    <w:rsid w:val="002A50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07EE9234D9C74FE3B86A56F272FA43F91">
    <w:name w:val="07EE9234D9C74FE3B86A56F272FA43F91"/>
    <w:rsid w:val="002A5033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b97b36-a19e-4e3d-8d28-239190ca2b8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072EB9BB1E242ABA4AFC133E24845" ma:contentTypeVersion="9" ma:contentTypeDescription="Create a new document." ma:contentTypeScope="" ma:versionID="4714fd49255d62a346ce2140d92ad727">
  <xsd:schema xmlns:xsd="http://www.w3.org/2001/XMLSchema" xmlns:xs="http://www.w3.org/2001/XMLSchema" xmlns:p="http://schemas.microsoft.com/office/2006/metadata/properties" xmlns:ns2="a2b97b36-a19e-4e3d-8d28-239190ca2b88" targetNamespace="http://schemas.microsoft.com/office/2006/metadata/properties" ma:root="true" ma:fieldsID="ddc89e947508d1a885338e0253ff4079" ns2:_="">
    <xsd:import namespace="a2b97b36-a19e-4e3d-8d28-239190ca2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97b36-a19e-4e3d-8d28-239190ca2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cb7db59-3a4e-4cba-8974-8d39196031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01515D-ECCA-4997-98A4-94D55C4253D7}">
  <ds:schemaRefs>
    <ds:schemaRef ds:uri="http://schemas.microsoft.com/office/2006/metadata/properties"/>
    <ds:schemaRef ds:uri="http://schemas.microsoft.com/office/infopath/2007/PartnerControls"/>
    <ds:schemaRef ds:uri="a2b97b36-a19e-4e3d-8d28-239190ca2b88"/>
  </ds:schemaRefs>
</ds:datastoreItem>
</file>

<file path=customXml/itemProps2.xml><?xml version="1.0" encoding="utf-8"?>
<ds:datastoreItem xmlns:ds="http://schemas.openxmlformats.org/officeDocument/2006/customXml" ds:itemID="{2E6E0BB2-6E5D-4C61-B2D1-4C951FAD3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b97b36-a19e-4e3d-8d28-239190ca2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9D0DB7-E079-455D-8622-59389DFA9E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1943</CharactersWithSpaces>
  <SharedDoc>false</SharedDoc>
  <HyperlinkBase/>
  <HLinks>
    <vt:vector size="6" baseType="variant">
      <vt:variant>
        <vt:i4>1441811</vt:i4>
      </vt:variant>
      <vt:variant>
        <vt:i4>0</vt:i4>
      </vt:variant>
      <vt:variant>
        <vt:i4>0</vt:i4>
      </vt:variant>
      <vt:variant>
        <vt:i4>5</vt:i4>
      </vt:variant>
      <vt:variant>
        <vt:lpwstr>https://statutes.capitol.texas.gov/?tab=1&amp;code=WA&amp;chapter=WA.16&amp;artSec=16.001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TWDB</dc:creator>
  <cp:keywords/>
  <dc:description>generated by python-docx</dc:description>
  <cp:lastModifiedBy>Renate Kaaa</cp:lastModifiedBy>
  <cp:revision>6</cp:revision>
  <dcterms:created xsi:type="dcterms:W3CDTF">2026-09-25T21:00:00Z</dcterms:created>
  <dcterms:modified xsi:type="dcterms:W3CDTF">2026-09-28T16:01:00Z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0x010100C97072EB9BB1E242ABA4AFC133E24845</vt:lpwstr>
  </property>
  <property fmtid="{D5CDD505-2E9C-101B-9397-08002B2CF9AE}" pid="3" name="MediaServiceImageTags">
    <vt:lpwstr/>
  </property>
</Properties>
</file>